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541" w:rsidRDefault="00B66541" w:rsidP="00B66541">
      <w:pPr>
        <w:pStyle w:val="Heading1"/>
        <w:spacing w:before="90" w:line="292" w:lineRule="auto"/>
        <w:ind w:left="3953" w:right="3978"/>
        <w:jc w:val="center"/>
      </w:pPr>
    </w:p>
    <w:p w:rsidR="00B66541" w:rsidRDefault="00D03485" w:rsidP="00D03485">
      <w:pPr>
        <w:pStyle w:val="Heading1"/>
        <w:tabs>
          <w:tab w:val="left" w:pos="3828"/>
        </w:tabs>
        <w:spacing w:before="90" w:line="292" w:lineRule="auto"/>
        <w:ind w:left="0" w:right="8966" w:firstLine="1418"/>
        <w:jc w:val="center"/>
      </w:pPr>
      <w:r w:rsidRPr="00D03485">
        <w:object w:dxaOrig="879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711.75pt" o:ole="">
            <v:imagedata r:id="rId6" o:title=""/>
          </v:shape>
          <o:OLEObject Type="Embed" ProgID="Acrobat.Document.DC" ShapeID="_x0000_i1025" DrawAspect="Content" ObjectID="_1761574417" r:id="rId7"/>
        </w:object>
      </w:r>
    </w:p>
    <w:p w:rsidR="00B66541" w:rsidRDefault="00B66541" w:rsidP="00B66541">
      <w:pPr>
        <w:pStyle w:val="Heading1"/>
        <w:spacing w:before="90" w:line="292" w:lineRule="auto"/>
        <w:ind w:left="3953" w:right="3978"/>
        <w:jc w:val="center"/>
      </w:pPr>
    </w:p>
    <w:p w:rsidR="00B66541" w:rsidRDefault="00B66541" w:rsidP="00B66541">
      <w:pPr>
        <w:pStyle w:val="Heading1"/>
        <w:spacing w:before="90" w:line="292" w:lineRule="auto"/>
        <w:ind w:left="3953" w:right="3978"/>
        <w:jc w:val="center"/>
      </w:pPr>
    </w:p>
    <w:p w:rsidR="00D03485" w:rsidRDefault="00D03485" w:rsidP="00B66541">
      <w:pPr>
        <w:pStyle w:val="Heading1"/>
        <w:spacing w:before="90" w:line="292" w:lineRule="auto"/>
        <w:ind w:left="3953" w:right="3978"/>
        <w:jc w:val="center"/>
      </w:pPr>
    </w:p>
    <w:p w:rsidR="00D03485" w:rsidRDefault="00D03485" w:rsidP="00B66541">
      <w:pPr>
        <w:pStyle w:val="Heading1"/>
        <w:spacing w:before="90" w:line="292" w:lineRule="auto"/>
        <w:ind w:left="3953" w:right="3978"/>
        <w:jc w:val="center"/>
      </w:pPr>
    </w:p>
    <w:p w:rsidR="00D03485" w:rsidRDefault="00D03485" w:rsidP="00B66541">
      <w:pPr>
        <w:pStyle w:val="Heading1"/>
        <w:spacing w:before="90" w:line="292" w:lineRule="auto"/>
        <w:ind w:left="3953" w:right="3978"/>
        <w:jc w:val="center"/>
      </w:pPr>
    </w:p>
    <w:p w:rsidR="00D03485" w:rsidRDefault="00D03485" w:rsidP="00B66541">
      <w:pPr>
        <w:pStyle w:val="Heading1"/>
        <w:spacing w:before="90" w:line="292" w:lineRule="auto"/>
        <w:ind w:left="3953" w:right="3978"/>
        <w:jc w:val="center"/>
      </w:pPr>
    </w:p>
    <w:p w:rsidR="00D03485" w:rsidRDefault="00D03485" w:rsidP="00B66541">
      <w:pPr>
        <w:pStyle w:val="Heading1"/>
        <w:spacing w:before="90" w:line="292" w:lineRule="auto"/>
        <w:ind w:left="3953" w:right="3978"/>
        <w:jc w:val="center"/>
      </w:pPr>
    </w:p>
    <w:p w:rsidR="00D03485" w:rsidRDefault="00D03485" w:rsidP="00D03485">
      <w:pPr>
        <w:pStyle w:val="Heading1"/>
        <w:spacing w:before="90" w:line="292" w:lineRule="auto"/>
        <w:ind w:left="0" w:right="3978"/>
      </w:pPr>
    </w:p>
    <w:p w:rsidR="00B66541" w:rsidRPr="00B66541" w:rsidRDefault="00B66541" w:rsidP="00B66541">
      <w:pPr>
        <w:pStyle w:val="Heading1"/>
        <w:spacing w:before="90" w:line="292" w:lineRule="auto"/>
        <w:ind w:left="3953" w:right="3978"/>
        <w:jc w:val="center"/>
        <w:rPr>
          <w:sz w:val="28"/>
          <w:szCs w:val="28"/>
        </w:rPr>
      </w:pPr>
    </w:p>
    <w:p w:rsidR="00BF5436" w:rsidRPr="00983415" w:rsidRDefault="00014102">
      <w:pPr>
        <w:autoSpaceDE w:val="0"/>
        <w:autoSpaceDN w:val="0"/>
        <w:spacing w:after="0" w:line="230" w:lineRule="auto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BF5436" w:rsidRPr="00983415" w:rsidRDefault="00014102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BF5436" w:rsidRPr="00983415" w:rsidRDefault="00014102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BF5436" w:rsidRPr="00983415" w:rsidRDefault="00014102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саморегуляция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метапредметные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результаты за период обучения, а также предметные достижения младшего школьника за каждый год обучения в начальной школе.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:rsidR="00BF5436" w:rsidRPr="00983415" w:rsidRDefault="00014102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ии у о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бучающихся социально ценных качеств,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креативности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:rsidR="00BF5436" w:rsidRPr="00983415" w:rsidRDefault="0001410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В курсе технологии осуществляется реализация широкого спектра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связей.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Изобразительное искусство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средств художественной выразительности, законов и правил декоративно-прикладного искусства и дизайна.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:rsidR="00BF5436" w:rsidRPr="00983415" w:rsidRDefault="0001410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Литературное чтени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:rsidR="00BF5436" w:rsidRPr="00983415" w:rsidRDefault="00BF5436">
      <w:pPr>
        <w:rPr>
          <w:lang w:val="ru-RU"/>
        </w:rPr>
        <w:sectPr w:rsidR="00BF5436" w:rsidRPr="00983415" w:rsidSect="00D03485">
          <w:pgSz w:w="11900" w:h="16840"/>
          <w:pgMar w:top="0" w:right="0" w:bottom="0" w:left="666" w:header="720" w:footer="720" w:gutter="0"/>
          <w:cols w:space="720" w:equalWidth="0">
            <w:col w:w="11234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78" w:line="220" w:lineRule="exact"/>
        <w:rPr>
          <w:lang w:val="ru-RU"/>
        </w:rPr>
      </w:pPr>
    </w:p>
    <w:p w:rsidR="00BF5436" w:rsidRPr="00983415" w:rsidRDefault="00014102">
      <w:pPr>
        <w:autoSpaceDE w:val="0"/>
        <w:autoSpaceDN w:val="0"/>
        <w:spacing w:after="0" w:line="271" w:lineRule="auto"/>
        <w:ind w:right="720"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:rsidR="00BF5436" w:rsidRPr="00983415" w:rsidRDefault="00014102">
      <w:pPr>
        <w:autoSpaceDE w:val="0"/>
        <w:autoSpaceDN w:val="0"/>
        <w:spacing w:before="70" w:after="0"/>
        <w:ind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:rsidR="00BF5436" w:rsidRPr="00983415" w:rsidRDefault="00014102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BF5436" w:rsidRPr="00983415" w:rsidRDefault="00014102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предмета является успешная социализация обучающихся, формирование у них функциональной грамотности на базе освоения культурологических и </w:t>
      </w:r>
      <w:proofErr w:type="spellStart"/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конструкторско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чертёжно-графической грамотности, умения работать с простейшей технологической документацией (рисунок, чертёж, эскиз, схема);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983415">
        <w:rPr>
          <w:lang w:val="ru-RU"/>
        </w:rPr>
        <w:tab/>
      </w:r>
      <w:proofErr w:type="gramStart"/>
      <w:r w:rsidRPr="0098341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  <w:proofErr w:type="gramEnd"/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, активности и инициативности;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воспитание интереса и творческого отношения к продуктивной созидательной деятельности,</w:t>
      </w:r>
    </w:p>
    <w:p w:rsidR="00BF5436" w:rsidRPr="00983415" w:rsidRDefault="00BF5436">
      <w:pPr>
        <w:rPr>
          <w:lang w:val="ru-RU"/>
        </w:rPr>
        <w:sectPr w:rsidR="00BF5436" w:rsidRPr="00983415">
          <w:pgSz w:w="11900" w:h="16840"/>
          <w:pgMar w:top="298" w:right="704" w:bottom="368" w:left="666" w:header="720" w:footer="720" w:gutter="0"/>
          <w:cols w:space="720" w:equalWidth="0">
            <w:col w:w="10530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66" w:line="220" w:lineRule="exact"/>
        <w:rPr>
          <w:lang w:val="ru-RU"/>
        </w:rPr>
      </w:pPr>
    </w:p>
    <w:p w:rsidR="00BF5436" w:rsidRPr="00983415" w:rsidRDefault="00014102">
      <w:pPr>
        <w:tabs>
          <w:tab w:val="left" w:pos="180"/>
        </w:tabs>
        <w:autoSpaceDE w:val="0"/>
        <w:autoSpaceDN w:val="0"/>
        <w:spacing w:after="0" w:line="281" w:lineRule="auto"/>
        <w:ind w:right="144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мотивации успеха и достижений, стремления к творческой самореализации;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BF5436" w:rsidRPr="00983415" w:rsidRDefault="00014102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 1 классе — 33 часа (по 1 часу в неделю)</w:t>
      </w:r>
    </w:p>
    <w:p w:rsidR="00BF5436" w:rsidRPr="00983415" w:rsidRDefault="00BF5436">
      <w:pPr>
        <w:rPr>
          <w:lang w:val="ru-RU"/>
        </w:rPr>
        <w:sectPr w:rsidR="00BF5436" w:rsidRPr="00983415">
          <w:pgSz w:w="11900" w:h="16840"/>
          <w:pgMar w:top="286" w:right="1086" w:bottom="1440" w:left="666" w:header="720" w:footer="720" w:gutter="0"/>
          <w:cols w:space="720" w:equalWidth="0">
            <w:col w:w="10148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78" w:line="220" w:lineRule="exact"/>
        <w:rPr>
          <w:lang w:val="ru-RU"/>
        </w:rPr>
      </w:pPr>
    </w:p>
    <w:p w:rsidR="00BF5436" w:rsidRPr="00983415" w:rsidRDefault="00014102">
      <w:pPr>
        <w:autoSpaceDE w:val="0"/>
        <w:autoSpaceDN w:val="0"/>
        <w:spacing w:after="0" w:line="230" w:lineRule="auto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BF5436" w:rsidRPr="00983415" w:rsidRDefault="00014102">
      <w:pPr>
        <w:autoSpaceDE w:val="0"/>
        <w:autoSpaceDN w:val="0"/>
        <w:spacing w:before="346" w:after="0" w:line="262" w:lineRule="auto"/>
        <w:ind w:left="180" w:right="3600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Природа как источник сырьевых ресурсов и творчества мастеров.</w:t>
      </w:r>
    </w:p>
    <w:p w:rsidR="00BF5436" w:rsidRPr="00983415" w:rsidRDefault="0001410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Красота и разнообразие природных форм, их передача в изделиях из различных материалов.</w:t>
      </w:r>
    </w:p>
    <w:p w:rsidR="00BF5436" w:rsidRPr="00983415" w:rsidRDefault="00014102">
      <w:pPr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Наблюдения природы и фантазия мастера —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2" w:after="0" w:line="262" w:lineRule="auto"/>
        <w:ind w:right="1440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Профессии родных и знакомых. Профессии, связанные с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из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у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чаемыми материалами и производствами. Профессии сферы обслуживания.</w:t>
      </w:r>
    </w:p>
    <w:p w:rsidR="00BF5436" w:rsidRPr="00983415" w:rsidRDefault="0001410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Традиции и праздники народов России, ремёсла, обычаи.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BF5436" w:rsidRPr="00983415" w:rsidRDefault="00014102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BF5436" w:rsidRPr="00983415" w:rsidRDefault="00014102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др. Приёмы и правила аккуратной работы с клеем. Отделка изделия или его деталей (окрашивание, вышивка, аппликация и др.).</w:t>
      </w:r>
    </w:p>
    <w:p w:rsidR="00BF5436" w:rsidRPr="00983415" w:rsidRDefault="00014102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Инструменты и приспособления (ножницы, линейка, игла, гладилка, стека, шаблон и др.), их правильное, рациональное и безопасное использование.</w:t>
      </w:r>
      <w:proofErr w:type="gramEnd"/>
    </w:p>
    <w:p w:rsidR="00BF5436" w:rsidRPr="00983415" w:rsidRDefault="00014102">
      <w:pPr>
        <w:autoSpaceDE w:val="0"/>
        <w:autoSpaceDN w:val="0"/>
        <w:spacing w:before="70" w:after="0" w:line="274" w:lineRule="auto"/>
        <w:ind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Пластические массы, их виды (пластилин, пластика и др.).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BF5436" w:rsidRPr="00983415" w:rsidRDefault="00014102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сминание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, обрывание, склеивание и др. Резание бумаги ножницами. Правила безопасной работы, передачи и хранения ножниц. Картон.</w:t>
      </w:r>
    </w:p>
    <w:p w:rsidR="00BF5436" w:rsidRPr="00983415" w:rsidRDefault="0001410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Виды природных материалов (плоские — листья и объёмные — орехи, шишки, семена, ветки).</w:t>
      </w:r>
      <w:proofErr w:type="gramEnd"/>
    </w:p>
    <w:p w:rsidR="00BF5436" w:rsidRPr="00983415" w:rsidRDefault="00014102">
      <w:pPr>
        <w:autoSpaceDE w:val="0"/>
        <w:autoSpaceDN w:val="0"/>
        <w:spacing w:before="70" w:after="0" w:line="271" w:lineRule="auto"/>
        <w:ind w:right="576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BF5436" w:rsidRPr="00983415" w:rsidRDefault="00014102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др.). Отмеривание и заправка нитки в иголку, строчка прямого стежка.</w:t>
      </w:r>
    </w:p>
    <w:p w:rsidR="00BF5436" w:rsidRPr="00983415" w:rsidRDefault="0001410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Использование дополнительных отделочных материалов.</w:t>
      </w:r>
    </w:p>
    <w:p w:rsidR="00BF5436" w:rsidRPr="00983415" w:rsidRDefault="00014102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</w:t>
      </w:r>
      <w:proofErr w:type="gramStart"/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моделирование</w:t>
      </w:r>
      <w:proofErr w:type="gramEnd"/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Простые и объёмные конструкции из разных материалов (пластические массы, бумага, текстиль и</w:t>
      </w:r>
    </w:p>
    <w:p w:rsidR="00BF5436" w:rsidRPr="00983415" w:rsidRDefault="00BF5436">
      <w:pPr>
        <w:rPr>
          <w:lang w:val="ru-RU"/>
        </w:rPr>
        <w:sectPr w:rsidR="00BF5436" w:rsidRPr="00983415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66" w:line="220" w:lineRule="exact"/>
        <w:rPr>
          <w:lang w:val="ru-RU"/>
        </w:rPr>
      </w:pPr>
    </w:p>
    <w:p w:rsidR="00BF5436" w:rsidRPr="00983415" w:rsidRDefault="00014102">
      <w:pPr>
        <w:autoSpaceDE w:val="0"/>
        <w:autoSpaceDN w:val="0"/>
        <w:spacing w:after="0" w:line="283" w:lineRule="auto"/>
        <w:ind w:right="144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др.) и способы их создания. Общее представление о конструкции изделия;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и результата. Элементарное прогнозирование порядка действий в зависимости от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желаемого/необходимого результата; выбор способа работы в зависимости от требуемого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результата/замысла.</w:t>
      </w:r>
    </w:p>
    <w:p w:rsidR="00BF5436" w:rsidRPr="00983415" w:rsidRDefault="00014102">
      <w:pPr>
        <w:autoSpaceDE w:val="0"/>
        <w:autoSpaceDN w:val="0"/>
        <w:spacing w:before="190" w:after="0" w:line="271" w:lineRule="auto"/>
        <w:ind w:left="180" w:right="2304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Демонстрация учителем готовых материалов на информационных носителях. Информация. Виды информации.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192" w:after="0" w:line="283" w:lineRule="auto"/>
        <w:ind w:right="720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(пропедевтический уровень)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Познавательные УУД: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 (в пределах изученного);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использовать предложенную инструкцию (устную, графическую);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устройство простых изделий по образцу, рисунку, выделять основные и второстепенные составляющие конструкции;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информацию (представленную в объяснении учителя или в учебнике), использовать её в работе;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Коммуникативные УУД: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строить несложные высказывания, сообщения в устной форме (по содержанию изученных тем).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Р</w:t>
      </w:r>
      <w:r w:rsidRPr="0098341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егулятивные УУД: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принимать и удерживать в процессе деятельности предложенную учебную задачу;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критерии оценки качества работы, руководствоваться ими в процессе анализа и оценки выполненных работ;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выполнять несложные действия контроля и оценки по предложенным критериям.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70" w:after="0" w:line="281" w:lineRule="auto"/>
        <w:ind w:right="432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положительное отношение к включению в совместную работу, к простым видам сотрудничества;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BF5436" w:rsidRPr="00983415" w:rsidRDefault="00BF5436">
      <w:pPr>
        <w:rPr>
          <w:lang w:val="ru-RU"/>
        </w:rPr>
        <w:sectPr w:rsidR="00BF5436" w:rsidRPr="00983415">
          <w:pgSz w:w="11900" w:h="16840"/>
          <w:pgMar w:top="286" w:right="640" w:bottom="1158" w:left="666" w:header="720" w:footer="720" w:gutter="0"/>
          <w:cols w:space="720" w:equalWidth="0">
            <w:col w:w="10594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78" w:line="220" w:lineRule="exact"/>
        <w:rPr>
          <w:lang w:val="ru-RU"/>
        </w:rPr>
      </w:pPr>
    </w:p>
    <w:p w:rsidR="00BF5436" w:rsidRPr="00983415" w:rsidRDefault="00014102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РЕЗУЛЬТАТЫ ОСВОЕНИЯ УЧЕБНОГО ПРЕДМЕТА «ТЕХНОЛОГИЯ</w:t>
      </w:r>
      <w:proofErr w:type="gramStart"/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»Н</w:t>
      </w:r>
      <w:proofErr w:type="gramEnd"/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 УРОВНЕ НАЧАЛЬНОГО ОБЩЕГО ОБРАЗОВАНИЯ 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983415">
        <w:rPr>
          <w:lang w:val="ru-RU"/>
        </w:rPr>
        <w:tab/>
      </w:r>
      <w:proofErr w:type="gramStart"/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сосуществования рукотворного мира с миром природы;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ответственное отношение к сохранению окружающей среды;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природных объектов, образцов мировой и отечественной художественной культуры;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саморегуляции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: организованность, аккуратность, трудолюбие, ответственность, умение справляться с доступными проблемами; </w:t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проявление толерантности и доброжелательности.</w:t>
      </w:r>
    </w:p>
    <w:p w:rsidR="00BF5436" w:rsidRPr="00983415" w:rsidRDefault="00014102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proofErr w:type="gramStart"/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983415">
        <w:rPr>
          <w:lang w:val="ru-RU"/>
        </w:rPr>
        <w:tab/>
      </w:r>
      <w:proofErr w:type="gramStart"/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:rsidR="00BF5436" w:rsidRPr="00983415" w:rsidRDefault="00BF5436">
      <w:pPr>
        <w:rPr>
          <w:lang w:val="ru-RU"/>
        </w:rPr>
        <w:sectPr w:rsidR="00BF5436" w:rsidRPr="00983415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66" w:line="220" w:lineRule="exact"/>
        <w:rPr>
          <w:lang w:val="ru-RU"/>
        </w:rPr>
      </w:pPr>
    </w:p>
    <w:p w:rsidR="00BF5436" w:rsidRPr="00983415" w:rsidRDefault="00014102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983415">
        <w:rPr>
          <w:lang w:val="ru-RU"/>
        </w:rPr>
        <w:tab/>
      </w:r>
      <w:proofErr w:type="gramStart"/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аргументированно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их излагать; выслушивать разные мнения, учитывать их в диалоге;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983415">
        <w:rPr>
          <w:lang w:val="ru-RU"/>
        </w:rPr>
        <w:tab/>
      </w:r>
      <w:proofErr w:type="gramStart"/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выполнять действия контроля и оценки;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вносить необходимые коррективы в действие после его завершения на основе его оценки и учёта характера сделанных ошибок;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волевую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саморегуляцию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выполнении работы.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BF5436" w:rsidRPr="00983415" w:rsidRDefault="0001410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</w:p>
    <w:p w:rsidR="00BF5436" w:rsidRPr="00983415" w:rsidRDefault="00014102">
      <w:pPr>
        <w:tabs>
          <w:tab w:val="left" w:pos="180"/>
        </w:tabs>
        <w:autoSpaceDE w:val="0"/>
        <w:autoSpaceDN w:val="0"/>
        <w:spacing w:before="190" w:after="0" w:line="286" w:lineRule="auto"/>
        <w:ind w:right="288"/>
        <w:rPr>
          <w:lang w:val="ru-RU"/>
        </w:rPr>
      </w:pPr>
      <w:r w:rsidRPr="00983415">
        <w:rPr>
          <w:lang w:val="ru-RU"/>
        </w:rPr>
        <w:tab/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</w:t>
      </w: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 первом классе 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обучающийся научится: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правильно организовывать свой труд: своевременно подготавливать и убирать рабочее место, поддерживать порядок на нём в процессе труда;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правила безопасной работы ножницами, иглой и аккуратной работы с клеем; </w:t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материала;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экономия материала при разметке);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названия и назначение основных инструментов и приспособлений для ручного труда (линейка, карандаш, ножницы, игла, шаблон, стека и др.), использовать их в практической работе; </w:t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определять наименования отдельных материалов (бумага, картон, фольга, пластилин, природные,</w:t>
      </w:r>
      <w:proofErr w:type="gramEnd"/>
    </w:p>
    <w:p w:rsidR="00BF5436" w:rsidRPr="00983415" w:rsidRDefault="00BF5436">
      <w:pPr>
        <w:rPr>
          <w:lang w:val="ru-RU"/>
        </w:rPr>
        <w:sectPr w:rsidR="00BF5436" w:rsidRPr="00983415">
          <w:pgSz w:w="11900" w:h="16840"/>
          <w:pgMar w:top="286" w:right="668" w:bottom="30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78" w:line="220" w:lineRule="exact"/>
        <w:rPr>
          <w:lang w:val="ru-RU"/>
        </w:rPr>
      </w:pPr>
    </w:p>
    <w:p w:rsidR="00BF5436" w:rsidRPr="00983415" w:rsidRDefault="00014102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текстильные материалы и пр.) и способы их обработки (сгибание, отрывание,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сминание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, резание, лепка и пр.); выполнять доступные технологические приёмы ручной обработки материалов при изготовлении изделий;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наименованиях основных технологических операций: разметка деталей, выделение деталей, сборка изделия;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разметку деталей сгибанием, по шаблону, на глаз, от руки; выделение деталей способами обрывания, вырезания и др.; сборку изделий с помощью клея, ниток и др.;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оформлять изделия строчкой прямого стежка;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понимать смысл понятий «изделие», «деталь изделия», «образец», «заготовка», «материал»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инструмент», «приспособление», «конструирование», «аппликация»;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задания с опорой на готовый план;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обслуживать себя во время работы: соблюдать порядок на рабочем месте, ухаживать за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инструментами и правильно хранить их; 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гигиены труда;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рассматривать и анализировать простые по конструкции образцы (по вопросам учителя);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соединения; способы изготовления; </w:t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распознавать изученные виды материалов (природные, пластические, бумага, тонкий картон, текстильные, клей и др.), их свойства (цвет, фактура, форма, гибкость и др.);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ручные инструменты (ножницы, игла, линейка) и приспособления (шаблон, стека, булавки и др.), безопасно хранить и работать ими;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материалы и инструменты по их назначению;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инструменту без откладывания размеров); точно резать ножницами по линиям разметки; 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придавать форму деталям и изделию сгибанием, складыванием, вытягиванием, отрыванием,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сминанием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, лепкой и пр.; собирать изделия с помощью клея, пластических масс и др.; эстетично и аккуратно выполнять отделку раскрашиванием, аппликацией, строчкой прямого стежка;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для сушки плоских изделий пресс;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разборные и неразборные конструкции несложных изделий;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простейшие виды технической документации (рисунок, схема), конструировать и моделировать изделия из различных материалов по образцу, рисунку;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элементарное сотрудничество, участвовать в коллективных работах под руководством учителя; </w:t>
      </w:r>
      <w:r w:rsidRPr="00983415">
        <w:rPr>
          <w:lang w:val="ru-RU"/>
        </w:rPr>
        <w:br/>
      </w:r>
      <w:r w:rsidRPr="00983415">
        <w:rPr>
          <w:lang w:val="ru-RU"/>
        </w:rPr>
        <w:tab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выполнять несложные коллективные работы проектного характера.</w:t>
      </w:r>
    </w:p>
    <w:p w:rsidR="00BF5436" w:rsidRPr="00983415" w:rsidRDefault="00BF5436">
      <w:pPr>
        <w:rPr>
          <w:lang w:val="ru-RU"/>
        </w:rPr>
        <w:sectPr w:rsidR="00BF5436" w:rsidRPr="00983415">
          <w:pgSz w:w="11900" w:h="16840"/>
          <w:pgMar w:top="298" w:right="668" w:bottom="1440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64" w:line="220" w:lineRule="exact"/>
        <w:rPr>
          <w:lang w:val="ru-RU"/>
        </w:rPr>
      </w:pPr>
    </w:p>
    <w:p w:rsidR="00BF5436" w:rsidRDefault="00014102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3314"/>
        <w:gridCol w:w="528"/>
        <w:gridCol w:w="1106"/>
        <w:gridCol w:w="1140"/>
        <w:gridCol w:w="864"/>
        <w:gridCol w:w="4948"/>
        <w:gridCol w:w="1080"/>
        <w:gridCol w:w="2054"/>
      </w:tblGrid>
      <w:tr w:rsidR="00BF5436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4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47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2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45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BF5436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436" w:rsidRDefault="00BF543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436" w:rsidRDefault="00BF5436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436" w:rsidRDefault="00BF543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436" w:rsidRDefault="00BF543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436" w:rsidRDefault="00BF5436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436" w:rsidRDefault="00BF5436"/>
        </w:tc>
      </w:tr>
      <w:tr w:rsidR="00BF5436" w:rsidRPr="00D0348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1. ТЕХНОЛОГИИ, ПРОФЕССИИ И ПРОИЗВОДСТВА</w:t>
            </w:r>
          </w:p>
        </w:tc>
      </w:tr>
      <w:tr w:rsidR="00BF5436" w:rsidRPr="00D03485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80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Природа как источник сырьевых ресурсов и творчества мастеров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80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80" w:after="0" w:line="250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понимать особенности технологии изготовления изделий, выделять детали изделия, основу, определять способ изготовления под руководством учителя;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80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80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Общее понятие об изучаемых материалах, их происхождении, разнообразии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общее понятие об изучаемых материалах, их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происхождение, разнообразие и основные свойства, понимать отличие материалов от инструментов и приспособлений;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Подготовка к работе. Рабочее место, его организация в зависимости от вида работы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подготавливать рабочее место в зависимости от вида работы.</w:t>
            </w:r>
          </w:p>
          <w:p w:rsidR="00BF5436" w:rsidRPr="00983415" w:rsidRDefault="00014102">
            <w:pPr>
              <w:autoSpaceDE w:val="0"/>
              <w:autoSpaceDN w:val="0"/>
              <w:spacing w:before="20" w:after="0" w:line="247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Рационально размещать на рабочем месте материалы и инструменты; поддерживать порядок во время работы; убирать рабочее место по окончании работы под руководством учителя;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Профессии родных и знакомых. 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Профессии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сферы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обслуживания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знакомиться с профессиями, связанными с изучаемыми материалами и производствами;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331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4" w:after="0" w:line="245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4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4" w:after="0" w:line="250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традиций и праздников народов России, ремёсел, обычаев и производств, связанных с изучаемыми материалами и производствами;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4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4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>
        <w:trPr>
          <w:trHeight w:hRule="exact" w:val="348"/>
        </w:trPr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1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/>
        </w:tc>
      </w:tr>
      <w:tr w:rsidR="00BF5436" w:rsidRPr="00D0348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Модуль 2. ТЕХНОЛОГИИ РУЧНОЙ ОБРАБОТКИ МАТЕРИАЛОВ</w:t>
            </w:r>
          </w:p>
        </w:tc>
      </w:tr>
      <w:tr w:rsidR="00BF5436" w:rsidRPr="00D0348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2" w:lineRule="auto"/>
              <w:ind w:left="72" w:right="144"/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Бережное, экономное и рациональное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использование обрабатываемых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материалов.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конструктивных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особенностей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материалов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изготовлении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изделий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 руководством учителя организовывать свою деятельность: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</w:t>
            </w:r>
            <w:proofErr w:type="gramStart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обучающихся</w:t>
            </w:r>
            <w:proofErr w:type="gram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в процессе выполнения изделия контролировать и при необходимости восстанавливать порядок на рабочем месте; убирать рабочее место;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10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Основные технологические операции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ручной обработки материалов: разметка деталей, выделение деталей,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формообразование деталей, сборка изделия, отделка изделия или его деталей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простые графические схемы изготовления изделия и выполнять изделие по заданной схеме под руководством учителя;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</w:tbl>
    <w:p w:rsidR="00BF5436" w:rsidRPr="00983415" w:rsidRDefault="00BF5436">
      <w:pPr>
        <w:autoSpaceDE w:val="0"/>
        <w:autoSpaceDN w:val="0"/>
        <w:spacing w:after="0" w:line="14" w:lineRule="exact"/>
        <w:rPr>
          <w:lang w:val="ru-RU"/>
        </w:rPr>
      </w:pPr>
    </w:p>
    <w:p w:rsidR="00BF5436" w:rsidRPr="00983415" w:rsidRDefault="00BF5436">
      <w:pPr>
        <w:rPr>
          <w:lang w:val="ru-RU"/>
        </w:rPr>
        <w:sectPr w:rsidR="00BF5436" w:rsidRPr="00983415">
          <w:pgSz w:w="16840" w:h="11900"/>
          <w:pgMar w:top="282" w:right="640" w:bottom="93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3314"/>
        <w:gridCol w:w="528"/>
        <w:gridCol w:w="1106"/>
        <w:gridCol w:w="1140"/>
        <w:gridCol w:w="864"/>
        <w:gridCol w:w="4948"/>
        <w:gridCol w:w="1080"/>
        <w:gridCol w:w="2054"/>
      </w:tblGrid>
      <w:tr w:rsidR="00BF5436" w:rsidRPr="00D03485">
        <w:trPr>
          <w:trHeight w:hRule="exact" w:val="16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2" w:lineRule="auto"/>
              <w:ind w:left="72" w:right="43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Способы разметки деталей: на глаз и от руки, по шаблону, по линейке (как направляющему инструменту без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откладывания размеров) с опорой на рисунки, графическую инструкцию, простейшую схему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рациональную разметку (разметка на изнаночной стороне материала; экономия материала при разметке) сгибанием, по шаблону, на глаз и от руки, по линейке (как направляющему инструменту без откладывания размеров) с опорой на рисунки, графическую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инструкцию, простейшую схему; выполнять выделение деталей способами обрывания, вырезания; выполнять сборку изделия с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помощью клея и другими способами;</w:t>
            </w:r>
            <w:proofErr w:type="gram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выполнять отделку изделия или его деталей (окрашивание, аппликация и др.);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Чтение условных графических изображений (называние операций, способов и приёмов работы, последовательности изготовления изделий)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6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простые графические схемы изготовления изделия и выполнять изделие по заданной схеме под руководством учителя;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Правила экономной и аккуратной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разметки. Рациональная разметка 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вырезание нескольких одинаковых деталей из бумаги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 руководством учителя организовывать свою деятельность: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</w:t>
            </w:r>
            <w:proofErr w:type="gramStart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обучающихся</w:t>
            </w:r>
            <w:proofErr w:type="gram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в процессе выполнения изделия контролировать и при необходимости восстанавливать порядок на рабочем месте; убирать рабочее место;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 w:right="144"/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Способы соединения деталей в изделии: с помощью пластилина, клея, скручивание, сшивание и др.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Приёмы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правила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аккуратной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клеем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 руководством учителя собирать плоскостную модель, объяснять способ сборки изделия;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Отделка изделия или его деталей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(окрашивание, вышивка, аппликация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читать простые графические схемы изготовления изделия и выполнять изделие по заданной схеме под руководством учителя;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Подбор соответствующих инструментов и способов обработки материалов в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зависимости от их свойств и видов изделий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названия и назначение основных инструментов и приспособлений для ручного труда (линейка, карандаш, ножницы, шаблон и др.), использовать их в практической работе;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Наиболее распространённые виды бумаги. Их общие свойства. Простейшие способы обработки бумаги различных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видов: сгибание и складывание, </w:t>
            </w:r>
            <w:proofErr w:type="spellStart"/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сминание</w:t>
            </w:r>
            <w:proofErr w:type="spellEnd"/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обрывание, склеивание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proofErr w:type="gramStart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 руководством учителя наблюдать, сравнивать, сопоставлять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свойства бумаги (состав, цвет, прочность); определять виды бумаги по цвету, толщине, прочности.</w:t>
            </w:r>
            <w:proofErr w:type="gram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Осваивать отдельные приёмы работы с бумагой (сгибание и складывание, </w:t>
            </w:r>
            <w:proofErr w:type="spellStart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сминание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обрывание, склеивание, резание бумаги ножницами и др.), правила безопасной работы, правила разметки деталей (экономия материала, аккуратность);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47" w:lineRule="auto"/>
              <w:ind w:left="72" w:right="288"/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Резание бумаги ножницами. Правила безопасной работы, передачи и хранения ножниц.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Картон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применять правила безопасной и аккуратной работы ножницами, клеем;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Пластические массы, их виды (пластилин, пластика и др.).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стеки при работе с пластичными материалами, а также при отделке изделия или его деталей;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</w:tbl>
    <w:p w:rsidR="00BF5436" w:rsidRPr="00983415" w:rsidRDefault="00BF5436">
      <w:pPr>
        <w:autoSpaceDE w:val="0"/>
        <w:autoSpaceDN w:val="0"/>
        <w:spacing w:after="0" w:line="14" w:lineRule="exact"/>
        <w:rPr>
          <w:lang w:val="ru-RU"/>
        </w:rPr>
      </w:pPr>
    </w:p>
    <w:p w:rsidR="00BF5436" w:rsidRPr="00983415" w:rsidRDefault="00BF5436">
      <w:pPr>
        <w:rPr>
          <w:lang w:val="ru-RU"/>
        </w:rPr>
        <w:sectPr w:rsidR="00BF5436" w:rsidRPr="00983415">
          <w:pgSz w:w="16840" w:h="11900"/>
          <w:pgMar w:top="284" w:right="640" w:bottom="73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3314"/>
        <w:gridCol w:w="528"/>
        <w:gridCol w:w="1106"/>
        <w:gridCol w:w="1140"/>
        <w:gridCol w:w="864"/>
        <w:gridCol w:w="4948"/>
        <w:gridCol w:w="1080"/>
        <w:gridCol w:w="2054"/>
      </w:tblGrid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Приёмы изготовления изделий доступной по сложности формы из них: разметка на глаз, отделение части (стекой, отрыванием), придание формы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Изготавливать изделия с опорой на рисунки, схемы и подписи к ним;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2.13.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Виды природных материалов (плоские </w:t>
            </w:r>
            <w:proofErr w:type="gramStart"/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—л</w:t>
            </w:r>
            <w:proofErr w:type="gramEnd"/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истья и объёмные — орехи, шишки,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семена, ветки)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природный материал для отделки изделия;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2.14.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Приёмы работы с природными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материалами: подбор материалов в соответствии с замыслом, составление композиции, соединение деталей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изделия с использованием различных природных материалов;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2.15.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Общее представление о тканях (текстиле), их строении и свойствах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Исследовать строение (переплетение нитей) и общие свойства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нескольких видов тканей (</w:t>
            </w:r>
            <w:proofErr w:type="spellStart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сминаемость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прочность), сравнивать виды тканей между собой и с бумагой;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2.16.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Швейные инструменты и приспособления (иглы, булавки и др.)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Отбирать инструменты и приспособления для работы с текстильными материалами;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2.17.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Отмеривание и заправка нитки в иголку, строчка прямого стежка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Изготавливать изделия на основе вышивки строчкой прямого стежка;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2.18.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45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дополнительных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отделочных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материалов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6" w:after="0" w:line="233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различные виды строчек, стежков в декоративных работах для (отделки) оформления изделий;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>
        <w:trPr>
          <w:trHeight w:hRule="exact" w:val="348"/>
        </w:trPr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11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/>
        </w:tc>
      </w:tr>
      <w:tr w:rsidR="00BF543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3. КОНСТРУИРОВАНИЕ И МОДЕЛИРОВАНИЕ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Простые и объёмные конструкции из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разных материалов (пластические массы, бумага, текстиль и др.) и способы их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создания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Изготавливать простые и объёмные конструкции из разных материалов (пластические массы, бумага, текстиль и др.), по модели (на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плоскости), рисунку;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 w:right="576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Общее представление о конструкции изделия; детали и части изделия, их взаимное расположение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общей конструкции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Иметь общее представление о конструкции изделия, детали и части изделия, их взаимном расположении в общей конструкции;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конструкции образцов изделий, выделять основные и дополнительные детали конструкции, называть их форму и способ соединения; анализировать конструкцию изделия по рисунку, фотографии, схеме;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Способы соединения деталей в изделиях из разных материалов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6" w:after="0" w:line="245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в работе осваиваемые способы соединения деталей в изделиях из разных материалов;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</w:tbl>
    <w:p w:rsidR="00BF5436" w:rsidRPr="00983415" w:rsidRDefault="00BF5436">
      <w:pPr>
        <w:autoSpaceDE w:val="0"/>
        <w:autoSpaceDN w:val="0"/>
        <w:spacing w:after="0" w:line="14" w:lineRule="exact"/>
        <w:rPr>
          <w:lang w:val="ru-RU"/>
        </w:rPr>
      </w:pPr>
    </w:p>
    <w:p w:rsidR="00BF5436" w:rsidRPr="00983415" w:rsidRDefault="00BF5436">
      <w:pPr>
        <w:rPr>
          <w:lang w:val="ru-RU"/>
        </w:rPr>
        <w:sectPr w:rsidR="00BF5436" w:rsidRPr="00983415">
          <w:pgSz w:w="16840" w:h="11900"/>
          <w:pgMar w:top="284" w:right="640" w:bottom="49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3314"/>
        <w:gridCol w:w="528"/>
        <w:gridCol w:w="1106"/>
        <w:gridCol w:w="1140"/>
        <w:gridCol w:w="864"/>
        <w:gridCol w:w="4948"/>
        <w:gridCol w:w="1080"/>
        <w:gridCol w:w="2054"/>
      </w:tblGrid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Образец, анализ конструкции образцов изделий, изготовление изделий по образцу, рисунку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45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порядок действий в зависимости от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желаемого/необходимого результата; выбирать способ работы с опорой на учебник или рабочую тетрадь в зависимости от требуемого результата/замысла;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Конструирование по модели (на плоскости)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Использовать в работе осваиваемые способы соединения деталей в изделиях из разных материалов;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13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Взаимосвязь выполняемого действия 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результата. Элементарное прогнозирование порядка действий в зависимости от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желаемого/необходимого результата; выбор способа работы в зависимости от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требуемого результата/замысла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порядок действий в зависимости от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желаемого/необходимого результата; выбирать способ работы с опорой на учебник или рабочую тетрадь в зависимости от требуемого результата/замысла;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>
        <w:trPr>
          <w:trHeight w:hRule="exact" w:val="348"/>
        </w:trPr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1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/>
        </w:tc>
      </w:tr>
      <w:tr w:rsidR="00BF5436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4. ИНФОРМАЦИОННО-КОММУНИКАТИВНЫЕ ТЕХНОЛОГИИ</w:t>
            </w:r>
          </w:p>
        </w:tc>
      </w:tr>
      <w:tr w:rsidR="00BF5436" w:rsidRPr="00D0348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Демонстрация учителем готовых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материалов на информационных носителях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готовые материалы, представленные учителем на информационных носителях;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 w:rsidRPr="00D03485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Информация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информации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78" w:after="0" w:line="230" w:lineRule="auto"/>
              <w:jc w:val="center"/>
            </w:pP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простейшие преобразования информации (например, перевод текстовой информации в рисуночную и/или табличную форму);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Электронное приложение к учебнику "Технология" 1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 </w:t>
            </w:r>
            <w:r w:rsidRPr="0098341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/8/1/</w:t>
            </w:r>
          </w:p>
        </w:tc>
      </w:tr>
      <w:tr w:rsidR="00BF5436">
        <w:trPr>
          <w:trHeight w:hRule="exact" w:val="348"/>
        </w:trPr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модулю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1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/>
        </w:tc>
      </w:tr>
      <w:tr w:rsidR="00BF5436">
        <w:trPr>
          <w:trHeight w:hRule="exact" w:val="328"/>
        </w:trPr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33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/>
        </w:tc>
      </w:tr>
    </w:tbl>
    <w:p w:rsidR="00BF5436" w:rsidRDefault="00BF5436">
      <w:pPr>
        <w:autoSpaceDE w:val="0"/>
        <w:autoSpaceDN w:val="0"/>
        <w:spacing w:after="0" w:line="14" w:lineRule="exact"/>
      </w:pPr>
    </w:p>
    <w:p w:rsidR="00BF5436" w:rsidRDefault="00BF5436">
      <w:pPr>
        <w:sectPr w:rsidR="00BF5436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F5436" w:rsidRDefault="00BF5436">
      <w:pPr>
        <w:autoSpaceDE w:val="0"/>
        <w:autoSpaceDN w:val="0"/>
        <w:spacing w:after="78" w:line="220" w:lineRule="exact"/>
      </w:pPr>
    </w:p>
    <w:p w:rsidR="00BF5436" w:rsidRDefault="00014102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F5436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71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BF5436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436" w:rsidRDefault="00BF543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436" w:rsidRDefault="00BF5436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436" w:rsidRDefault="00BF5436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5436" w:rsidRDefault="00BF5436"/>
        </w:tc>
      </w:tr>
      <w:tr w:rsidR="00BF5436">
        <w:trPr>
          <w:trHeight w:hRule="exact" w:val="35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Природа как источник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сырьевых ресурсов 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творчества мастеров. Красота и разнообразие природных форм, их передача в изделиях из различных материалов.</w:t>
            </w:r>
          </w:p>
          <w:p w:rsidR="00BF5436" w:rsidRDefault="00014102">
            <w:pPr>
              <w:autoSpaceDE w:val="0"/>
              <w:autoSpaceDN w:val="0"/>
              <w:spacing w:before="70" w:after="0"/>
              <w:ind w:left="72"/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Наблюдения природы 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фантазия мастера  — условия создания изделия.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Бережное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отношение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81" w:lineRule="auto"/>
              <w:ind w:left="72"/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Общее понятие об изучаемых материалах, их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происхождении,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разнообразии.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Рабочее место, его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организация в зависимости от вида работы.</w:t>
            </w:r>
          </w:p>
          <w:p w:rsidR="00BF5436" w:rsidRPr="00983415" w:rsidRDefault="00014102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Рациональное размещение на рабочем месте материалов и инструментов</w:t>
            </w:r>
            <w:proofErr w:type="gramStart"/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оддержание порядка во время работы,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уборка по окончании работы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74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Рациональное и безопасное использование и хранение инструментов.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78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Профессии родных 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знакомых. Профессии,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связанные с изучаемыми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материалами 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производствами.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обслуживания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Традиции и праздники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народов России, ремёсла, обычаи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BF5436" w:rsidRDefault="00BF5436">
      <w:pPr>
        <w:autoSpaceDE w:val="0"/>
        <w:autoSpaceDN w:val="0"/>
        <w:spacing w:after="0" w:line="14" w:lineRule="exact"/>
      </w:pPr>
    </w:p>
    <w:p w:rsidR="00BF5436" w:rsidRDefault="00BF5436">
      <w:pPr>
        <w:sectPr w:rsidR="00BF5436">
          <w:pgSz w:w="11900" w:h="16840"/>
          <w:pgMar w:top="298" w:right="650" w:bottom="47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5436" w:rsidRDefault="00BF543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F5436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Бережное, экономное 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рациональное использование обрабатываемых материалов.</w:t>
            </w:r>
          </w:p>
          <w:p w:rsidR="00BF5436" w:rsidRPr="00983415" w:rsidRDefault="00014102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конструктивных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особенностей материалов при изготовлении изделий.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28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технологические операции ручной обработки материалов: разметка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деталей, выделение деталей, формообразование деталей, сборка изделия, отделка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изделия или его деталей.</w:t>
            </w:r>
          </w:p>
          <w:p w:rsidR="00BF5436" w:rsidRDefault="00014102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Способы разметки деталей: на глаз и от руки, по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шаблону, по линейке (как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направляющему инструменту без откладывания размеров) с опорой на рисунки,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графическую инструкцию,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простейшую схему.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Чтение условных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графических изображений (называние операций,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способов и приёмов работы, последовательности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изготовления изделий).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100" w:after="0" w:line="262" w:lineRule="auto"/>
              <w:ind w:left="72" w:right="86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Правила экономной и аккуратной разметки.</w:t>
            </w:r>
          </w:p>
          <w:p w:rsidR="00BF5436" w:rsidRPr="00983415" w:rsidRDefault="00014102">
            <w:pPr>
              <w:autoSpaceDE w:val="0"/>
              <w:autoSpaceDN w:val="0"/>
              <w:spacing w:before="70" w:after="0"/>
              <w:ind w:left="72" w:right="43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Рациональная разметка и вырезание нескольких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одинаковых деталей из бумаги.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.Способы соединения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деталей в изделии: с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помощью пластилина, клея, скручивание, сшивание и др.</w:t>
            </w:r>
          </w:p>
          <w:p w:rsidR="00BF5436" w:rsidRPr="00983415" w:rsidRDefault="00014102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Приёмы и правила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аккуратной работы с клеем.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BF5436" w:rsidRDefault="00BF5436">
      <w:pPr>
        <w:autoSpaceDE w:val="0"/>
        <w:autoSpaceDN w:val="0"/>
        <w:spacing w:after="0" w:line="14" w:lineRule="exact"/>
      </w:pPr>
    </w:p>
    <w:p w:rsidR="00BF5436" w:rsidRDefault="00BF5436">
      <w:pPr>
        <w:sectPr w:rsidR="00BF5436">
          <w:pgSz w:w="11900" w:h="16840"/>
          <w:pgMar w:top="284" w:right="650" w:bottom="7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5436" w:rsidRDefault="00BF543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F5436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Отделка изделия или его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деталей (окрашивание,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вышивка, аппликация и др.).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35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Подбор соответствующих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инструментов и способов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обработки материалов в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зависимости от их свойств и видов изделий. </w:t>
            </w:r>
            <w:proofErr w:type="gramStart"/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 и приспособления (ножницы, линейка, игла, гладилка,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стека, шаблон и др.), их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правильное, рациональное и безопасное использование.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Пластические массы, их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(пластилин, пластика и др.). Приёмы изготовления изделий доступной по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сложности формы из них: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разметка на глаз, отделение части (стекой, отрыванием), придание формы.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Наиболее распространённые виды бумаги. Их общие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свойства. Простейшие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способы обработки бумаги различных видов: сгибание и складывание, </w:t>
            </w:r>
            <w:proofErr w:type="spellStart"/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сминание</w:t>
            </w:r>
            <w:proofErr w:type="spellEnd"/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обрывание, склеивание и др.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Резание бумаги ножницами. Правила безопасной работы, передачи и хранения ножниц.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Картон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BF5436" w:rsidRDefault="00BF5436">
      <w:pPr>
        <w:autoSpaceDE w:val="0"/>
        <w:autoSpaceDN w:val="0"/>
        <w:spacing w:after="0" w:line="14" w:lineRule="exact"/>
      </w:pPr>
    </w:p>
    <w:p w:rsidR="00BF5436" w:rsidRDefault="00BF5436">
      <w:pPr>
        <w:sectPr w:rsidR="00BF5436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5436" w:rsidRDefault="00BF543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F5436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88" w:lineRule="auto"/>
              <w:ind w:left="72"/>
            </w:pPr>
            <w:proofErr w:type="gramStart"/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природных материалов (плоские — листья 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объёмные — орехи, шишки, семена, ветки).</w:t>
            </w:r>
            <w:proofErr w:type="gramEnd"/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Приёмы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работы с природными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материалами: подбор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материалов в соответствии с замыслом, составление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композиции, соединение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деталей (приклеивание,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склеивание с помощью </w:t>
            </w:r>
            <w:r w:rsidRPr="00983415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прокладки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помощью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пластилина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(текстиле), их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строении и свойствах.</w:t>
            </w:r>
          </w:p>
          <w:p w:rsidR="00BF5436" w:rsidRPr="00983415" w:rsidRDefault="00014102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Швейные инструменты и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приспособления (иглы,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булавки и др.). Отмеривание и заправка нитки в иголку, строчка прямого стежка.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71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дополнительных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отделочных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Простые и объёмные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конструкции из разных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материалов (пластические массы, бумага, текстиль и др.) и способы их создания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Простые и объёмные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конструкции из разных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материалов (пластические массы, бумага, текстиль и др.) и способы их создания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Простые и объёмные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конструкции из разных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материалов (пластические массы, бумага, текстиль и др.) и способы их создания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BF5436" w:rsidRDefault="00BF5436">
      <w:pPr>
        <w:autoSpaceDE w:val="0"/>
        <w:autoSpaceDN w:val="0"/>
        <w:spacing w:after="0" w:line="14" w:lineRule="exact"/>
      </w:pPr>
    </w:p>
    <w:p w:rsidR="00BF5436" w:rsidRDefault="00BF5436">
      <w:pPr>
        <w:sectPr w:rsidR="00BF5436">
          <w:pgSz w:w="11900" w:h="16840"/>
          <w:pgMar w:top="284" w:right="650" w:bottom="9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5436" w:rsidRDefault="00BF5436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BF5436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Общее представление о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конструкции изделия, детали и части изделия, их взаимное расположение в общей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конструкции.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Способы соединения деталей в изделиях из разных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Образец, анализ конструкции образцов изделий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100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Изготовление изделий по образцу, рисунку.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Конструирование по модели (на плоскости). Взаимосвязь выполняемого действия и результата.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Элементарное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прогнозирование порядка действий в зависимости от желаемого/необходимого результата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  <w:bookmarkStart w:id="0" w:name="_GoBack"/>
            <w:bookmarkEnd w:id="0"/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Выбор способа работы в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зависимости от требуемого результата/замысла.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Демонстрация учителем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готовых материалов на </w:t>
            </w:r>
            <w:r w:rsidRPr="00983415">
              <w:rPr>
                <w:lang w:val="ru-RU"/>
              </w:rPr>
              <w:br/>
            </w: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информационных носителях.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62" w:lineRule="auto"/>
              <w:ind w:left="72" w:right="100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BF5436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Pr="00983415" w:rsidRDefault="0001410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8341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01410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5436" w:rsidRDefault="00BF5436"/>
        </w:tc>
      </w:tr>
    </w:tbl>
    <w:p w:rsidR="00BF5436" w:rsidRDefault="00BF5436">
      <w:pPr>
        <w:autoSpaceDE w:val="0"/>
        <w:autoSpaceDN w:val="0"/>
        <w:spacing w:after="0" w:line="14" w:lineRule="exact"/>
      </w:pPr>
    </w:p>
    <w:p w:rsidR="00BF5436" w:rsidRDefault="00BF5436">
      <w:pPr>
        <w:sectPr w:rsidR="00BF5436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5436" w:rsidRDefault="00BF5436">
      <w:pPr>
        <w:autoSpaceDE w:val="0"/>
        <w:autoSpaceDN w:val="0"/>
        <w:spacing w:after="78" w:line="220" w:lineRule="exact"/>
      </w:pPr>
    </w:p>
    <w:p w:rsidR="00BF5436" w:rsidRDefault="00014102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BF5436" w:rsidRDefault="00014102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BF5436" w:rsidRPr="00983415" w:rsidRDefault="00014102">
      <w:pPr>
        <w:autoSpaceDE w:val="0"/>
        <w:autoSpaceDN w:val="0"/>
        <w:spacing w:before="166" w:after="0" w:line="271" w:lineRule="auto"/>
        <w:ind w:right="1152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Технология, 1 класс/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Роговцева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Н.И., Богданова Н.В.,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Фрейтаг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И.П., Акционерное общество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«И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здательство «Просвещение»;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BF5436" w:rsidRPr="00983415" w:rsidRDefault="00014102">
      <w:pPr>
        <w:autoSpaceDE w:val="0"/>
        <w:autoSpaceDN w:val="0"/>
        <w:spacing w:before="262" w:after="0" w:line="230" w:lineRule="auto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BF5436" w:rsidRPr="00983415" w:rsidRDefault="00014102">
      <w:pPr>
        <w:autoSpaceDE w:val="0"/>
        <w:autoSpaceDN w:val="0"/>
        <w:spacing w:before="166" w:after="0" w:line="262" w:lineRule="auto"/>
        <w:ind w:right="720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Как проектировать универсальные учебные действия в начальной школе. От действия к мысли: пособие для учителя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proofErr w:type="gram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proofErr w:type="gram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од ред. А.Г.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Асмолова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. – 2-е изд. – М.: Просвещение, 2019 г.</w:t>
      </w:r>
    </w:p>
    <w:p w:rsidR="00BF5436" w:rsidRPr="00983415" w:rsidRDefault="00014102">
      <w:pPr>
        <w:autoSpaceDE w:val="0"/>
        <w:autoSpaceDN w:val="0"/>
        <w:spacing w:before="72" w:after="0" w:line="262" w:lineRule="auto"/>
        <w:ind w:right="288"/>
        <w:rPr>
          <w:lang w:val="ru-RU"/>
        </w:rPr>
      </w:pP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Роговцева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Н.И.,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Анащенкова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С.В. Технология. Рабочие программы. 1-4 классы. – М.: Просвещение, 2019 г.</w:t>
      </w:r>
    </w:p>
    <w:p w:rsidR="00BF5436" w:rsidRPr="00983415" w:rsidRDefault="00014102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Оценка достижения планируемых результатов в начальной школе. Система заданий. В 2 ч. Ч 1. под ред. Г.С. Ковалевой. – 2-е изд. – М.: Просвещение, 2019 г. (Стандарты второго поколения).</w:t>
      </w:r>
    </w:p>
    <w:p w:rsidR="00BF5436" w:rsidRPr="00983415" w:rsidRDefault="00014102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начального общего образования /Л.Л. Алексеева и др./ под ред. Г. С. Ковалевой, О.Б. Логиновой. – 2-е изд. – М.: Просвещение, 2019 г. (Стандарты второго поколения).</w:t>
      </w:r>
    </w:p>
    <w:p w:rsidR="00BF5436" w:rsidRPr="00983415" w:rsidRDefault="00014102">
      <w:pPr>
        <w:autoSpaceDE w:val="0"/>
        <w:autoSpaceDN w:val="0"/>
        <w:spacing w:before="262" w:after="0" w:line="230" w:lineRule="auto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BF5436" w:rsidRPr="00983415" w:rsidRDefault="00014102">
      <w:pPr>
        <w:autoSpaceDE w:val="0"/>
        <w:autoSpaceDN w:val="0"/>
        <w:spacing w:before="166" w:after="0" w:line="262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kinder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- Интернет для детей. Каталог детских ресурсов;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library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thinkguest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org</w:t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- Сайт об оригами для детей и родителей</w:t>
      </w:r>
    </w:p>
    <w:p w:rsidR="00BF5436" w:rsidRPr="00983415" w:rsidRDefault="00BF5436">
      <w:pPr>
        <w:rPr>
          <w:lang w:val="ru-RU"/>
        </w:rPr>
        <w:sectPr w:rsidR="00BF5436" w:rsidRPr="0098341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5436" w:rsidRPr="00983415" w:rsidRDefault="00BF5436">
      <w:pPr>
        <w:autoSpaceDE w:val="0"/>
        <w:autoSpaceDN w:val="0"/>
        <w:spacing w:after="78" w:line="220" w:lineRule="exact"/>
        <w:rPr>
          <w:lang w:val="ru-RU"/>
        </w:rPr>
      </w:pPr>
    </w:p>
    <w:p w:rsidR="00BF5436" w:rsidRPr="00983415" w:rsidRDefault="00014102">
      <w:pPr>
        <w:autoSpaceDE w:val="0"/>
        <w:autoSpaceDN w:val="0"/>
        <w:spacing w:after="0" w:line="230" w:lineRule="auto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BF5436" w:rsidRPr="00983415" w:rsidRDefault="00014102">
      <w:pPr>
        <w:autoSpaceDE w:val="0"/>
        <w:autoSpaceDN w:val="0"/>
        <w:spacing w:before="346" w:after="0" w:line="302" w:lineRule="auto"/>
        <w:ind w:right="5184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983415">
        <w:rPr>
          <w:lang w:val="ru-RU"/>
        </w:rPr>
        <w:br/>
      </w:r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Цветная бумага, клей, ножницы, картон, пластилин.</w:t>
      </w:r>
    </w:p>
    <w:p w:rsidR="00BF5436" w:rsidRPr="00983415" w:rsidRDefault="00014102">
      <w:pPr>
        <w:autoSpaceDE w:val="0"/>
        <w:autoSpaceDN w:val="0"/>
        <w:spacing w:before="262" w:after="0" w:line="302" w:lineRule="auto"/>
        <w:ind w:right="3024"/>
        <w:rPr>
          <w:lang w:val="ru-RU"/>
        </w:rPr>
      </w:pPr>
      <w:r w:rsidRPr="0098341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ПРАКТИЧЕСКИХ РАБОТ </w:t>
      </w:r>
      <w:proofErr w:type="spellStart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>Мультимедийный</w:t>
      </w:r>
      <w:proofErr w:type="spellEnd"/>
      <w:r w:rsidRPr="00983415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проектор, телевизор, презентации</w:t>
      </w:r>
    </w:p>
    <w:p w:rsidR="00BF5436" w:rsidRPr="00983415" w:rsidRDefault="00BF5436">
      <w:pPr>
        <w:rPr>
          <w:lang w:val="ru-RU"/>
        </w:rPr>
        <w:sectPr w:rsidR="00BF5436" w:rsidRPr="0098341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14102" w:rsidRPr="00983415" w:rsidRDefault="00014102">
      <w:pPr>
        <w:rPr>
          <w:lang w:val="ru-RU"/>
        </w:rPr>
      </w:pPr>
    </w:p>
    <w:sectPr w:rsidR="00014102" w:rsidRPr="0098341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730"/>
    <w:rsid w:val="00014102"/>
    <w:rsid w:val="00034616"/>
    <w:rsid w:val="0006063C"/>
    <w:rsid w:val="0015074B"/>
    <w:rsid w:val="00152CDD"/>
    <w:rsid w:val="0029639D"/>
    <w:rsid w:val="002A24BB"/>
    <w:rsid w:val="00326F90"/>
    <w:rsid w:val="004D77A3"/>
    <w:rsid w:val="00983415"/>
    <w:rsid w:val="009B2D1E"/>
    <w:rsid w:val="00AA1D8D"/>
    <w:rsid w:val="00B47730"/>
    <w:rsid w:val="00B66541"/>
    <w:rsid w:val="00BF5436"/>
    <w:rsid w:val="00CA3044"/>
    <w:rsid w:val="00CB0664"/>
    <w:rsid w:val="00D03485"/>
    <w:rsid w:val="00E43DA1"/>
    <w:rsid w:val="00FC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Heading1">
    <w:name w:val="Heading 1"/>
    <w:basedOn w:val="a1"/>
    <w:uiPriority w:val="1"/>
    <w:qFormat/>
    <w:rsid w:val="00B66541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91F971-0DC7-44BE-8297-3CEEFA8CA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6327</Words>
  <Characters>36067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42310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1</cp:lastModifiedBy>
  <cp:revision>2</cp:revision>
  <dcterms:created xsi:type="dcterms:W3CDTF">2023-11-15T14:27:00Z</dcterms:created>
  <dcterms:modified xsi:type="dcterms:W3CDTF">2023-11-15T14:27:00Z</dcterms:modified>
</cp:coreProperties>
</file>